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rPr>
          <w:sz w:val="44"/>
        </w:rPr>
        <w:t>Certificate of Sanitization</w:t>
      </w:r>
    </w:p>
    <w:p>
      <w:r>
        <w:rPr>
          <w:color w:val="555F6D"/>
        </w:rPr>
        <w:t>One certificate per storage device. Fields follow NIST SP 800-88 Rev. 2, Section 4.6 and Appendix C. Fill in every field that applies; write "N/A" rather than leaving one blank.</w:t>
      </w:r>
    </w:p>
    <w:p>
      <w:pPr>
        <w:pStyle w:val="Heading2"/>
      </w:pPr>
      <w:r>
        <w:t>Person performing sanitization</w:t>
      </w:r>
    </w:p>
    <w:tbl>
      <w:tblPr>
        <w:tblStyle w:val="TableGrid"/>
        <w:tblW w:type="auto" w:w="0"/>
        <w:jc w:val="left"/>
        <w:tblLook w:firstColumn="1" w:firstRow="1" w:lastColumn="0" w:lastRow="0" w:noHBand="0" w:noVBand="1" w:val="04A0"/>
      </w:tblPr>
      <w:tblGrid>
        <w:gridCol w:w="5100"/>
        <w:gridCol w:w="5100"/>
      </w:tblGrid>
      <w:tr>
        <w:tc>
          <w:tcPr>
            <w:tcW w:type="dxa" w:w="2948"/>
          </w:tcPr>
          <w:p>
            <w:r>
              <w:rPr>
                <w:b/>
              </w:rPr>
              <w:t>Name</w:t>
            </w:r>
          </w:p>
        </w:tc>
        <w:tc>
          <w:tcPr>
            <w:tcW w:type="dxa" w:w="6917"/>
          </w:tcPr>
          <w:p/>
        </w:tc>
      </w:tr>
      <w:tr>
        <w:tc>
          <w:tcPr>
            <w:tcW w:type="dxa" w:w="2948"/>
          </w:tcPr>
          <w:p>
            <w:r>
              <w:rPr>
                <w:b/>
              </w:rPr>
              <w:t>Title / position</w:t>
            </w:r>
          </w:p>
        </w:tc>
        <w:tc>
          <w:tcPr>
            <w:tcW w:type="dxa" w:w="6917"/>
          </w:tcPr>
          <w:p/>
        </w:tc>
      </w:tr>
      <w:tr>
        <w:tc>
          <w:tcPr>
            <w:tcW w:type="dxa" w:w="2948"/>
          </w:tcPr>
          <w:p>
            <w:r>
              <w:rPr>
                <w:b/>
              </w:rPr>
              <w:t>Organization</w:t>
            </w:r>
          </w:p>
        </w:tc>
        <w:tc>
          <w:tcPr>
            <w:tcW w:type="dxa" w:w="6917"/>
          </w:tcPr>
          <w:p/>
        </w:tc>
      </w:tr>
      <w:tr>
        <w:tc>
          <w:tcPr>
            <w:tcW w:type="dxa" w:w="2948"/>
          </w:tcPr>
          <w:p>
            <w:r>
              <w:rPr>
                <w:b/>
              </w:rPr>
              <w:t>Location</w:t>
            </w:r>
          </w:p>
        </w:tc>
        <w:tc>
          <w:tcPr>
            <w:tcW w:type="dxa" w:w="6917"/>
          </w:tcPr>
          <w:p/>
        </w:tc>
      </w:tr>
      <w:tr>
        <w:tc>
          <w:tcPr>
            <w:tcW w:type="dxa" w:w="2948"/>
          </w:tcPr>
          <w:p>
            <w:r>
              <w:rPr>
                <w:b/>
              </w:rPr>
              <w:t>Phone</w:t>
            </w:r>
          </w:p>
        </w:tc>
        <w:tc>
          <w:tcPr>
            <w:tcW w:type="dxa" w:w="6917"/>
          </w:tcPr>
          <w:p/>
        </w:tc>
      </w:tr>
      <w:tr>
        <w:tc>
          <w:tcPr>
            <w:tcW w:type="dxa" w:w="2948"/>
          </w:tcPr>
          <w:p>
            <w:r>
              <w:rPr>
                <w:b/>
              </w:rPr>
              <w:t>Email</w:t>
            </w:r>
          </w:p>
        </w:tc>
        <w:tc>
          <w:tcPr>
            <w:tcW w:type="dxa" w:w="6917"/>
          </w:tcPr>
          <w:p/>
        </w:tc>
      </w:tr>
    </w:tbl>
    <w:p>
      <w:pPr>
        <w:pStyle w:val="Heading2"/>
      </w:pPr>
      <w:r>
        <w:t>Media information</w:t>
      </w:r>
    </w:p>
    <w:tbl>
      <w:tblPr>
        <w:tblStyle w:val="TableGrid"/>
        <w:tblW w:type="auto" w:w="0"/>
        <w:jc w:val="left"/>
        <w:tblLook w:firstColumn="1" w:firstRow="1" w:lastColumn="0" w:lastRow="0" w:noHBand="0" w:noVBand="1" w:val="04A0"/>
      </w:tblPr>
      <w:tblGrid>
        <w:gridCol w:w="5100"/>
        <w:gridCol w:w="5100"/>
      </w:tblGrid>
      <w:tr>
        <w:tc>
          <w:tcPr>
            <w:tcW w:type="dxa" w:w="2948"/>
          </w:tcPr>
          <w:p>
            <w:r>
              <w:rPr>
                <w:b/>
              </w:rPr>
              <w:t>Manufacturer</w:t>
            </w:r>
          </w:p>
        </w:tc>
        <w:tc>
          <w:tcPr>
            <w:tcW w:type="dxa" w:w="6917"/>
          </w:tcPr>
          <w:p>
            <w:r>
              <w:rPr>
                <w:i/>
                <w:color w:val="8A94A3"/>
                <w:sz w:val="16"/>
              </w:rPr>
              <w:t>e.g. Samsung, Seagate</w:t>
            </w:r>
          </w:p>
        </w:tc>
      </w:tr>
      <w:tr>
        <w:tc>
          <w:tcPr>
            <w:tcW w:type="dxa" w:w="2948"/>
          </w:tcPr>
          <w:p>
            <w:r>
              <w:rPr>
                <w:b/>
              </w:rPr>
              <w:t>Model</w:t>
            </w:r>
          </w:p>
        </w:tc>
        <w:tc>
          <w:tcPr>
            <w:tcW w:type="dxa" w:w="6917"/>
          </w:tcPr>
          <w:p/>
        </w:tc>
      </w:tr>
      <w:tr>
        <w:tc>
          <w:tcPr>
            <w:tcW w:type="dxa" w:w="2948"/>
          </w:tcPr>
          <w:p>
            <w:r>
              <w:rPr>
                <w:b/>
              </w:rPr>
              <w:t>Serial number</w:t>
            </w:r>
          </w:p>
        </w:tc>
        <w:tc>
          <w:tcPr>
            <w:tcW w:type="dxa" w:w="6917"/>
          </w:tcPr>
          <w:p>
            <w:r>
              <w:rPr>
                <w:i/>
                <w:color w:val="8A94A3"/>
                <w:sz w:val="16"/>
              </w:rPr>
              <w:t>the drive's own serial, not the computer's</w:t>
            </w:r>
          </w:p>
        </w:tc>
      </w:tr>
      <w:tr>
        <w:tc>
          <w:tcPr>
            <w:tcW w:type="dxa" w:w="2948"/>
          </w:tcPr>
          <w:p>
            <w:r>
              <w:rPr>
                <w:b/>
              </w:rPr>
              <w:t>Property / asset number</w:t>
            </w:r>
          </w:p>
        </w:tc>
        <w:tc>
          <w:tcPr>
            <w:tcW w:type="dxa" w:w="6917"/>
          </w:tcPr>
          <w:p>
            <w:r>
              <w:rPr>
                <w:i/>
                <w:color w:val="8A94A3"/>
                <w:sz w:val="16"/>
              </w:rPr>
              <w:t>if your organization assigns one</w:t>
            </w:r>
          </w:p>
        </w:tc>
      </w:tr>
      <w:tr>
        <w:tc>
          <w:tcPr>
            <w:tcW w:type="dxa" w:w="2948"/>
          </w:tcPr>
          <w:p>
            <w:r>
              <w:rPr>
                <w:b/>
              </w:rPr>
              <w:t>Media type</w:t>
            </w:r>
          </w:p>
        </w:tc>
        <w:tc>
          <w:tcPr>
            <w:tcW w:type="dxa" w:w="6917"/>
          </w:tcPr>
          <w:p>
            <w:r>
              <w:rPr>
                <w:i/>
                <w:color w:val="8A94A3"/>
                <w:sz w:val="16"/>
              </w:rPr>
              <w:t>e.g. NVMe SSD, SATA SSD, hard drive, USB flash</w:t>
            </w:r>
          </w:p>
        </w:tc>
      </w:tr>
      <w:tr>
        <w:tc>
          <w:tcPr>
            <w:tcW w:type="dxa" w:w="2948"/>
          </w:tcPr>
          <w:p>
            <w:r>
              <w:rPr>
                <w:b/>
              </w:rPr>
              <w:t>Media source</w:t>
            </w:r>
          </w:p>
        </w:tc>
        <w:tc>
          <w:tcPr>
            <w:tcW w:type="dxa" w:w="6917"/>
          </w:tcPr>
          <w:p>
            <w:r>
              <w:rPr>
                <w:i/>
                <w:color w:val="8A94A3"/>
                <w:sz w:val="16"/>
              </w:rPr>
              <w:t>e.g. the computer or user it came from (host serial)</w:t>
            </w:r>
          </w:p>
        </w:tc>
      </w:tr>
      <w:tr>
        <w:tc>
          <w:tcPr>
            <w:tcW w:type="dxa" w:w="2948"/>
          </w:tcPr>
          <w:p>
            <w:r>
              <w:rPr>
                <w:b/>
              </w:rPr>
              <w:t>Confidentiality category</w:t>
            </w:r>
          </w:p>
        </w:tc>
        <w:tc>
          <w:tcPr>
            <w:tcW w:type="dxa" w:w="6917"/>
          </w:tcPr>
          <w:p>
            <w:r>
              <w:rPr>
                <w:i/>
                <w:color w:val="8A94A3"/>
                <w:sz w:val="16"/>
              </w:rPr>
              <w:t>optional (pre-sanitization)</w:t>
            </w:r>
          </w:p>
        </w:tc>
      </w:tr>
      <w:tr>
        <w:tc>
          <w:tcPr>
            <w:tcW w:type="dxa" w:w="2948"/>
          </w:tcPr>
          <w:p>
            <w:r>
              <w:rPr>
                <w:b/>
              </w:rPr>
              <w:t>Condition</w:t>
            </w:r>
          </w:p>
        </w:tc>
        <w:tc>
          <w:tcPr>
            <w:tcW w:type="dxa" w:w="6917"/>
          </w:tcPr>
          <w:p>
            <w:r>
              <w:t>☐ Operational    ☐ Damaged</w:t>
            </w:r>
          </w:p>
        </w:tc>
      </w:tr>
    </w:tbl>
    <w:p>
      <w:pPr>
        <w:pStyle w:val="Heading2"/>
      </w:pPr>
      <w:r>
        <w:t>Sanitization details</w:t>
      </w:r>
    </w:p>
    <w:tbl>
      <w:tblPr>
        <w:tblStyle w:val="TableGrid"/>
        <w:tblW w:type="auto" w:w="0"/>
        <w:jc w:val="left"/>
        <w:tblLook w:firstColumn="1" w:firstRow="1" w:lastColumn="0" w:lastRow="0" w:noHBand="0" w:noVBand="1" w:val="04A0"/>
      </w:tblPr>
      <w:tblGrid>
        <w:gridCol w:w="5100"/>
        <w:gridCol w:w="5100"/>
      </w:tblGrid>
      <w:tr>
        <w:tc>
          <w:tcPr>
            <w:tcW w:type="dxa" w:w="2948"/>
          </w:tcPr>
          <w:p>
            <w:r>
              <w:rPr>
                <w:b/>
              </w:rPr>
              <w:t>Method</w:t>
            </w:r>
          </w:p>
        </w:tc>
        <w:tc>
          <w:tcPr>
            <w:tcW w:type="dxa" w:w="6917"/>
          </w:tcPr>
          <w:p>
            <w:r>
              <w:t>☐ Clear    ☐ Purge    ☐ Destroy</w:t>
            </w:r>
          </w:p>
        </w:tc>
      </w:tr>
      <w:tr>
        <w:tc>
          <w:tcPr>
            <w:tcW w:type="dxa" w:w="2948"/>
          </w:tcPr>
          <w:p>
            <w:r>
              <w:rPr>
                <w:b/>
              </w:rPr>
              <w:t>Technique</w:t>
            </w:r>
          </w:p>
        </w:tc>
        <w:tc>
          <w:tcPr>
            <w:tcW w:type="dxa" w:w="6917"/>
          </w:tcPr>
          <w:p>
            <w:r>
              <w:rPr>
                <w:i/>
                <w:color w:val="8A94A3"/>
                <w:sz w:val="16"/>
              </w:rPr>
              <w:t>e.g. overwrite, block erase, cryptographic erase, degauss, shred</w:t>
            </w:r>
          </w:p>
        </w:tc>
      </w:tr>
      <w:tr>
        <w:tc>
          <w:tcPr>
            <w:tcW w:type="dxa" w:w="2948"/>
          </w:tcPr>
          <w:p>
            <w:r>
              <w:rPr>
                <w:b/>
              </w:rPr>
              <w:t>Tool used, including version</w:t>
            </w:r>
          </w:p>
        </w:tc>
        <w:tc>
          <w:tcPr>
            <w:tcW w:type="dxa" w:w="6917"/>
          </w:tcPr>
          <w:p>
            <w:r>
              <w:rPr>
                <w:i/>
                <w:color w:val="8A94A3"/>
                <w:sz w:val="16"/>
              </w:rPr>
              <w:t>software or equipment name and version</w:t>
            </w:r>
          </w:p>
        </w:tc>
      </w:tr>
      <w:tr>
        <w:tc>
          <w:tcPr>
            <w:tcW w:type="dxa" w:w="2948"/>
          </w:tcPr>
          <w:p>
            <w:r>
              <w:rPr>
                <w:b/>
              </w:rPr>
              <w:t>Verification method</w:t>
            </w:r>
          </w:p>
        </w:tc>
        <w:tc>
          <w:tcPr>
            <w:tcW w:type="dxa" w:w="6917"/>
          </w:tcPr>
          <w:p>
            <w:r>
              <w:rPr>
                <w:i/>
                <w:color w:val="8A94A3"/>
                <w:sz w:val="16"/>
              </w:rPr>
              <w:t>e.g. full or sampled read-back, and the result</w:t>
            </w:r>
          </w:p>
        </w:tc>
      </w:tr>
      <w:tr>
        <w:tc>
          <w:tcPr>
            <w:tcW w:type="dxa" w:w="2948"/>
          </w:tcPr>
          <w:p>
            <w:r>
              <w:rPr>
                <w:b/>
              </w:rPr>
              <w:t>Validation</w:t>
            </w:r>
          </w:p>
        </w:tc>
        <w:tc>
          <w:tcPr>
            <w:tcW w:type="dxa" w:w="6917"/>
          </w:tcPr>
          <w:p>
            <w:r>
              <w:rPr>
                <w:i/>
                <w:color w:val="8A94A3"/>
                <w:sz w:val="16"/>
              </w:rPr>
              <w:t>who confirmed the outcome is acceptable, and how</w:t>
            </w:r>
          </w:p>
        </w:tc>
      </w:tr>
      <w:tr>
        <w:tc>
          <w:tcPr>
            <w:tcW w:type="dxa" w:w="2948"/>
          </w:tcPr>
          <w:p>
            <w:r>
              <w:rPr>
                <w:b/>
              </w:rPr>
              <w:t>Started / completed</w:t>
            </w:r>
          </w:p>
        </w:tc>
        <w:tc>
          <w:tcPr>
            <w:tcW w:type="dxa" w:w="6917"/>
          </w:tcPr>
          <w:p>
            <w:r>
              <w:rPr>
                <w:i/>
                <w:color w:val="8A94A3"/>
                <w:sz w:val="16"/>
              </w:rPr>
              <w:t>date and time</w:t>
            </w:r>
          </w:p>
        </w:tc>
      </w:tr>
      <w:tr>
        <w:tc>
          <w:tcPr>
            <w:tcW w:type="dxa" w:w="2948"/>
          </w:tcPr>
          <w:p>
            <w:r>
              <w:rPr>
                <w:b/>
              </w:rPr>
              <w:t>Notes</w:t>
            </w:r>
          </w:p>
        </w:tc>
        <w:tc>
          <w:tcPr>
            <w:tcW w:type="dxa" w:w="6917"/>
          </w:tcPr>
          <w:p>
            <w:r>
              <w:rPr>
                <w:i/>
                <w:color w:val="8A94A3"/>
                <w:sz w:val="16"/>
              </w:rPr>
              <w:t>failed attempts, fallbacks, exceptions</w:t>
            </w:r>
          </w:p>
        </w:tc>
      </w:tr>
    </w:tbl>
    <w:p>
      <w:pPr>
        <w:pStyle w:val="Heading2"/>
      </w:pPr>
      <w:r>
        <w:t>Media destination</w:t>
      </w:r>
    </w:p>
    <w:tbl>
      <w:tblPr>
        <w:tblStyle w:val="TableGrid"/>
        <w:tblW w:type="auto" w:w="0"/>
        <w:jc w:val="left"/>
        <w:tblLook w:firstColumn="1" w:firstRow="1" w:lastColumn="0" w:lastRow="0" w:noHBand="0" w:noVBand="1" w:val="04A0"/>
      </w:tblPr>
      <w:tblGrid>
        <w:gridCol w:w="5100"/>
        <w:gridCol w:w="5100"/>
      </w:tblGrid>
      <w:tr>
        <w:tc>
          <w:tcPr>
            <w:tcW w:type="dxa" w:w="2948"/>
          </w:tcPr>
          <w:p>
            <w:r>
              <w:rPr>
                <w:b/>
              </w:rPr>
              <w:t>Destination</w:t>
            </w:r>
          </w:p>
        </w:tc>
        <w:tc>
          <w:tcPr>
            <w:tcW w:type="dxa" w:w="6917"/>
          </w:tcPr>
          <w:p>
            <w:r>
              <w:t>☐ Internal reuse    ☐ External reuse    ☐ Recycling facility    ☐ Manufacturer    ☐ Other</w:t>
            </w:r>
          </w:p>
        </w:tc>
      </w:tr>
      <w:tr>
        <w:tc>
          <w:tcPr>
            <w:tcW w:type="dxa" w:w="2948"/>
          </w:tcPr>
          <w:p>
            <w:r>
              <w:rPr>
                <w:b/>
              </w:rPr>
              <w:t>Details</w:t>
            </w:r>
          </w:p>
        </w:tc>
        <w:tc>
          <w:tcPr>
            <w:tcW w:type="dxa" w:w="6917"/>
          </w:tcPr>
          <w:p>
            <w:r>
              <w:rPr>
                <w:i/>
                <w:color w:val="8A94A3"/>
                <w:sz w:val="16"/>
              </w:rPr>
              <w:t>e.g. buyer, recycler or downstream vendor</w:t>
            </w:r>
          </w:p>
        </w:tc>
      </w:tr>
    </w:tbl>
    <w:p/>
    <w:p>
      <w:r>
        <w:t>I attest that the information provided on this certificate is accurate to the best of my knowledge.</w:t>
      </w:r>
    </w:p>
    <w:p>
      <w:pPr>
        <w:pStyle w:val="Heading2"/>
      </w:pPr>
      <w:r>
        <w:t>Signature: person performing sanitization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100"/>
        <w:gridCol w:w="5100"/>
      </w:tblGrid>
      <w:tr>
        <w:tc>
          <w:tcPr>
            <w:tcW w:type="dxa" w:w="2948"/>
          </w:tcPr>
          <w:p>
            <w:r>
              <w:rPr>
                <w:b/>
              </w:rPr>
              <w:t>Signature</w:t>
            </w:r>
          </w:p>
        </w:tc>
        <w:tc>
          <w:tcPr>
            <w:tcW w:type="dxa" w:w="6917"/>
          </w:tcPr>
          <w:p>
            <w:r>
              <w:br/>
            </w:r>
          </w:p>
        </w:tc>
      </w:tr>
      <w:tr>
        <w:tc>
          <w:tcPr>
            <w:tcW w:type="dxa" w:w="2948"/>
          </w:tcPr>
          <w:p>
            <w:r>
              <w:rPr>
                <w:b/>
              </w:rPr>
              <w:t>Date</w:t>
            </w:r>
          </w:p>
        </w:tc>
        <w:tc>
          <w:tcPr>
            <w:tcW w:type="dxa" w:w="6917"/>
          </w:tcPr>
          <w:p/>
        </w:tc>
      </w:tr>
    </w:tbl>
    <w:p>
      <w:pPr>
        <w:pStyle w:val="Heading2"/>
      </w:pPr>
      <w:r>
        <w:t>Concurrence: second person (verification / validation)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100"/>
        <w:gridCol w:w="5100"/>
      </w:tblGrid>
      <w:tr>
        <w:tc>
          <w:tcPr>
            <w:tcW w:type="dxa" w:w="2948"/>
          </w:tcPr>
          <w:p>
            <w:r>
              <w:rPr>
                <w:b/>
              </w:rPr>
              <w:t>Name</w:t>
            </w:r>
          </w:p>
        </w:tc>
        <w:tc>
          <w:tcPr>
            <w:tcW w:type="dxa" w:w="6917"/>
          </w:tcPr>
          <w:p/>
        </w:tc>
      </w:tr>
      <w:tr>
        <w:tc>
          <w:tcPr>
            <w:tcW w:type="dxa" w:w="2948"/>
          </w:tcPr>
          <w:p>
            <w:r>
              <w:rPr>
                <w:b/>
              </w:rPr>
              <w:t>Title / position</w:t>
            </w:r>
          </w:p>
        </w:tc>
        <w:tc>
          <w:tcPr>
            <w:tcW w:type="dxa" w:w="6917"/>
          </w:tcPr>
          <w:p/>
        </w:tc>
      </w:tr>
      <w:tr>
        <w:tc>
          <w:tcPr>
            <w:tcW w:type="dxa" w:w="2948"/>
          </w:tcPr>
          <w:p>
            <w:r>
              <w:rPr>
                <w:b/>
              </w:rPr>
              <w:t>Organization</w:t>
            </w:r>
          </w:p>
        </w:tc>
        <w:tc>
          <w:tcPr>
            <w:tcW w:type="dxa" w:w="6917"/>
          </w:tcPr>
          <w:p/>
        </w:tc>
      </w:tr>
      <w:tr>
        <w:tc>
          <w:tcPr>
            <w:tcW w:type="dxa" w:w="2948"/>
          </w:tcPr>
          <w:p>
            <w:r>
              <w:rPr>
                <w:b/>
              </w:rPr>
              <w:t>Phone / email</w:t>
            </w:r>
          </w:p>
        </w:tc>
        <w:tc>
          <w:tcPr>
            <w:tcW w:type="dxa" w:w="6917"/>
          </w:tcPr>
          <w:p/>
        </w:tc>
      </w:tr>
      <w:tr>
        <w:tc>
          <w:tcPr>
            <w:tcW w:type="dxa" w:w="2948"/>
          </w:tcPr>
          <w:p>
            <w:r>
              <w:rPr>
                <w:b/>
              </w:rPr>
              <w:t>Signature</w:t>
            </w:r>
          </w:p>
        </w:tc>
        <w:tc>
          <w:tcPr>
            <w:tcW w:type="dxa" w:w="6917"/>
          </w:tcPr>
          <w:p>
            <w:r>
              <w:br/>
            </w:r>
          </w:p>
        </w:tc>
      </w:tr>
      <w:tr>
        <w:tc>
          <w:tcPr>
            <w:tcW w:type="dxa" w:w="2948"/>
          </w:tcPr>
          <w:p>
            <w:r>
              <w:rPr>
                <w:b/>
              </w:rPr>
              <w:t>Date</w:t>
            </w:r>
          </w:p>
        </w:tc>
        <w:tc>
          <w:tcPr>
            <w:tcW w:type="dxa" w:w="6917"/>
          </w:tcPr>
          <w:p/>
        </w:tc>
      </w:tr>
    </w:tbl>
    <w:p>
      <w:r>
        <w:rPr>
          <w:color w:val="8A94A3"/>
          <w:sz w:val="16"/>
        </w:rPr>
        <w:t>Fields: NIST SP 800-88 Rev. 2, Guidelines for Media Sanitization (September 2025), Section 4.6 and Appendix C.</w:t>
      </w:r>
    </w:p>
    <w:p>
      <w:r>
        <w:rPr>
          <w:color w:val="8A94A3"/>
          <w:sz w:val="16"/>
        </w:rPr>
        <w:t>Free template from reCore (recore.replugit.com), which fills in most of these fields automatically for every drive it wipes.</w:t>
      </w:r>
    </w:p>
    <w:p>
      <w:pPr>
        <w:sectPr>
          <w:pgSz w:w="12240" w:h="15840"/>
          <w:pgMar w:top="850" w:right="1020" w:bottom="850" w:left="1020" w:header="720" w:footer="720" w:gutter="0"/>
          <w:cols w:space="720"/>
          <w:docGrid w:linePitch="360"/>
        </w:sectPr>
      </w:pPr>
    </w:p>
    <w:p>
      <w:pPr>
        <w:pStyle w:val="Heading1"/>
      </w:pPr>
      <w:r>
        <w:t>Drive log (for batches)</w:t>
      </w:r>
    </w:p>
    <w:p>
      <w:r>
        <w:t>One row per drive. Keep it with the certificates, or attach it to a batch certificate.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285"/>
        <w:gridCol w:w="1285"/>
        <w:gridCol w:w="1285"/>
        <w:gridCol w:w="1285"/>
        <w:gridCol w:w="1285"/>
        <w:gridCol w:w="1285"/>
        <w:gridCol w:w="1285"/>
        <w:gridCol w:w="1285"/>
        <w:gridCol w:w="1285"/>
        <w:gridCol w:w="1285"/>
        <w:gridCol w:w="1285"/>
      </w:tblGrid>
      <w:tr>
        <w:tc>
          <w:tcPr>
            <w:tcW w:type="dxa" w:w="1285"/>
          </w:tcPr>
          <w:p>
            <w:r>
              <w:rPr>
                <w:b/>
                <w:sz w:val="16"/>
              </w:rPr>
              <w:t>#</w:t>
            </w:r>
          </w:p>
        </w:tc>
        <w:tc>
          <w:tcPr>
            <w:tcW w:type="dxa" w:w="1285"/>
          </w:tcPr>
          <w:p>
            <w:r>
              <w:rPr>
                <w:b/>
                <w:sz w:val="16"/>
              </w:rPr>
              <w:t>Drive serial</w:t>
            </w:r>
          </w:p>
        </w:tc>
        <w:tc>
          <w:tcPr>
            <w:tcW w:type="dxa" w:w="1285"/>
          </w:tcPr>
          <w:p>
            <w:r>
              <w:rPr>
                <w:b/>
                <w:sz w:val="16"/>
              </w:rPr>
              <w:t>Make / model</w:t>
            </w:r>
          </w:p>
        </w:tc>
        <w:tc>
          <w:tcPr>
            <w:tcW w:type="dxa" w:w="1285"/>
          </w:tcPr>
          <w:p>
            <w:r>
              <w:rPr>
                <w:b/>
                <w:sz w:val="16"/>
              </w:rPr>
              <w:t>Media type</w:t>
            </w:r>
          </w:p>
        </w:tc>
        <w:tc>
          <w:tcPr>
            <w:tcW w:type="dxa" w:w="1285"/>
          </w:tcPr>
          <w:p>
            <w:r>
              <w:rPr>
                <w:b/>
                <w:sz w:val="16"/>
              </w:rPr>
              <w:t>Method</w:t>
            </w:r>
          </w:p>
        </w:tc>
        <w:tc>
          <w:tcPr>
            <w:tcW w:type="dxa" w:w="1285"/>
          </w:tcPr>
          <w:p>
            <w:r>
              <w:rPr>
                <w:b/>
                <w:sz w:val="16"/>
              </w:rPr>
              <w:t>Technique</w:t>
            </w:r>
          </w:p>
        </w:tc>
        <w:tc>
          <w:tcPr>
            <w:tcW w:type="dxa" w:w="1285"/>
          </w:tcPr>
          <w:p>
            <w:r>
              <w:rPr>
                <w:b/>
                <w:sz w:val="16"/>
              </w:rPr>
              <w:t>Tool + version</w:t>
            </w:r>
          </w:p>
        </w:tc>
        <w:tc>
          <w:tcPr>
            <w:tcW w:type="dxa" w:w="1285"/>
          </w:tcPr>
          <w:p>
            <w:r>
              <w:rPr>
                <w:b/>
                <w:sz w:val="16"/>
              </w:rPr>
              <w:t>Verification</w:t>
            </w:r>
          </w:p>
        </w:tc>
        <w:tc>
          <w:tcPr>
            <w:tcW w:type="dxa" w:w="1285"/>
          </w:tcPr>
          <w:p>
            <w:r>
              <w:rPr>
                <w:b/>
                <w:sz w:val="16"/>
              </w:rPr>
              <w:t>Result</w:t>
            </w:r>
          </w:p>
        </w:tc>
        <w:tc>
          <w:tcPr>
            <w:tcW w:type="dxa" w:w="1285"/>
          </w:tcPr>
          <w:p>
            <w:r>
              <w:rPr>
                <w:b/>
                <w:sz w:val="16"/>
              </w:rPr>
              <w:t>By</w:t>
            </w:r>
          </w:p>
        </w:tc>
        <w:tc>
          <w:tcPr>
            <w:tcW w:type="dxa" w:w="1285"/>
          </w:tcPr>
          <w:p>
            <w:r>
              <w:rPr>
                <w:b/>
                <w:sz w:val="16"/>
              </w:rPr>
              <w:t>Date</w:t>
            </w:r>
          </w:p>
        </w:tc>
      </w:tr>
      <w:tr>
        <w:tc>
          <w:tcPr>
            <w:tcW w:type="dxa" w:w="1285"/>
          </w:tcPr>
          <w:p>
            <w:r>
              <w:rPr>
                <w:sz w:val="16"/>
              </w:rPr>
              <w:t>1</w:t>
            </w:r>
          </w:p>
        </w:tc>
        <w:tc>
          <w:tcPr>
            <w:tcW w:type="dxa" w:w="1285"/>
          </w:tcPr>
          <w:p/>
        </w:tc>
        <w:tc>
          <w:tcPr>
            <w:tcW w:type="dxa" w:w="1285"/>
          </w:tcPr>
          <w:p/>
        </w:tc>
        <w:tc>
          <w:tcPr>
            <w:tcW w:type="dxa" w:w="1285"/>
          </w:tcPr>
          <w:p/>
        </w:tc>
        <w:tc>
          <w:tcPr>
            <w:tcW w:type="dxa" w:w="1285"/>
          </w:tcPr>
          <w:p/>
        </w:tc>
        <w:tc>
          <w:tcPr>
            <w:tcW w:type="dxa" w:w="1285"/>
          </w:tcPr>
          <w:p/>
        </w:tc>
        <w:tc>
          <w:tcPr>
            <w:tcW w:type="dxa" w:w="1285"/>
          </w:tcPr>
          <w:p/>
        </w:tc>
        <w:tc>
          <w:tcPr>
            <w:tcW w:type="dxa" w:w="1285"/>
          </w:tcPr>
          <w:p/>
        </w:tc>
        <w:tc>
          <w:tcPr>
            <w:tcW w:type="dxa" w:w="1285"/>
          </w:tcPr>
          <w:p/>
        </w:tc>
        <w:tc>
          <w:tcPr>
            <w:tcW w:type="dxa" w:w="1285"/>
          </w:tcPr>
          <w:p/>
        </w:tc>
        <w:tc>
          <w:tcPr>
            <w:tcW w:type="dxa" w:w="1285"/>
          </w:tcPr>
          <w:p/>
        </w:tc>
      </w:tr>
      <w:tr>
        <w:tc>
          <w:tcPr>
            <w:tcW w:type="dxa" w:w="1285"/>
          </w:tcPr>
          <w:p>
            <w:r>
              <w:rPr>
                <w:sz w:val="16"/>
              </w:rPr>
              <w:t>2</w:t>
            </w:r>
          </w:p>
        </w:tc>
        <w:tc>
          <w:tcPr>
            <w:tcW w:type="dxa" w:w="1285"/>
          </w:tcPr>
          <w:p/>
        </w:tc>
        <w:tc>
          <w:tcPr>
            <w:tcW w:type="dxa" w:w="1285"/>
          </w:tcPr>
          <w:p/>
        </w:tc>
        <w:tc>
          <w:tcPr>
            <w:tcW w:type="dxa" w:w="1285"/>
          </w:tcPr>
          <w:p/>
        </w:tc>
        <w:tc>
          <w:tcPr>
            <w:tcW w:type="dxa" w:w="1285"/>
          </w:tcPr>
          <w:p/>
        </w:tc>
        <w:tc>
          <w:tcPr>
            <w:tcW w:type="dxa" w:w="1285"/>
          </w:tcPr>
          <w:p/>
        </w:tc>
        <w:tc>
          <w:tcPr>
            <w:tcW w:type="dxa" w:w="1285"/>
          </w:tcPr>
          <w:p/>
        </w:tc>
        <w:tc>
          <w:tcPr>
            <w:tcW w:type="dxa" w:w="1285"/>
          </w:tcPr>
          <w:p/>
        </w:tc>
        <w:tc>
          <w:tcPr>
            <w:tcW w:type="dxa" w:w="1285"/>
          </w:tcPr>
          <w:p/>
        </w:tc>
        <w:tc>
          <w:tcPr>
            <w:tcW w:type="dxa" w:w="1285"/>
          </w:tcPr>
          <w:p/>
        </w:tc>
        <w:tc>
          <w:tcPr>
            <w:tcW w:type="dxa" w:w="1285"/>
          </w:tcPr>
          <w:p/>
        </w:tc>
      </w:tr>
      <w:tr>
        <w:tc>
          <w:tcPr>
            <w:tcW w:type="dxa" w:w="1285"/>
          </w:tcPr>
          <w:p>
            <w:r>
              <w:rPr>
                <w:sz w:val="16"/>
              </w:rPr>
              <w:t>3</w:t>
            </w:r>
          </w:p>
        </w:tc>
        <w:tc>
          <w:tcPr>
            <w:tcW w:type="dxa" w:w="1285"/>
          </w:tcPr>
          <w:p/>
        </w:tc>
        <w:tc>
          <w:tcPr>
            <w:tcW w:type="dxa" w:w="1285"/>
          </w:tcPr>
          <w:p/>
        </w:tc>
        <w:tc>
          <w:tcPr>
            <w:tcW w:type="dxa" w:w="1285"/>
          </w:tcPr>
          <w:p/>
        </w:tc>
        <w:tc>
          <w:tcPr>
            <w:tcW w:type="dxa" w:w="1285"/>
          </w:tcPr>
          <w:p/>
        </w:tc>
        <w:tc>
          <w:tcPr>
            <w:tcW w:type="dxa" w:w="1285"/>
          </w:tcPr>
          <w:p/>
        </w:tc>
        <w:tc>
          <w:tcPr>
            <w:tcW w:type="dxa" w:w="1285"/>
          </w:tcPr>
          <w:p/>
        </w:tc>
        <w:tc>
          <w:tcPr>
            <w:tcW w:type="dxa" w:w="1285"/>
          </w:tcPr>
          <w:p/>
        </w:tc>
        <w:tc>
          <w:tcPr>
            <w:tcW w:type="dxa" w:w="1285"/>
          </w:tcPr>
          <w:p/>
        </w:tc>
        <w:tc>
          <w:tcPr>
            <w:tcW w:type="dxa" w:w="1285"/>
          </w:tcPr>
          <w:p/>
        </w:tc>
        <w:tc>
          <w:tcPr>
            <w:tcW w:type="dxa" w:w="1285"/>
          </w:tcPr>
          <w:p/>
        </w:tc>
      </w:tr>
      <w:tr>
        <w:tc>
          <w:tcPr>
            <w:tcW w:type="dxa" w:w="1285"/>
          </w:tcPr>
          <w:p>
            <w:r>
              <w:rPr>
                <w:sz w:val="16"/>
              </w:rPr>
              <w:t>4</w:t>
            </w:r>
          </w:p>
        </w:tc>
        <w:tc>
          <w:tcPr>
            <w:tcW w:type="dxa" w:w="1285"/>
          </w:tcPr>
          <w:p/>
        </w:tc>
        <w:tc>
          <w:tcPr>
            <w:tcW w:type="dxa" w:w="1285"/>
          </w:tcPr>
          <w:p/>
        </w:tc>
        <w:tc>
          <w:tcPr>
            <w:tcW w:type="dxa" w:w="1285"/>
          </w:tcPr>
          <w:p/>
        </w:tc>
        <w:tc>
          <w:tcPr>
            <w:tcW w:type="dxa" w:w="1285"/>
          </w:tcPr>
          <w:p/>
        </w:tc>
        <w:tc>
          <w:tcPr>
            <w:tcW w:type="dxa" w:w="1285"/>
          </w:tcPr>
          <w:p/>
        </w:tc>
        <w:tc>
          <w:tcPr>
            <w:tcW w:type="dxa" w:w="1285"/>
          </w:tcPr>
          <w:p/>
        </w:tc>
        <w:tc>
          <w:tcPr>
            <w:tcW w:type="dxa" w:w="1285"/>
          </w:tcPr>
          <w:p/>
        </w:tc>
        <w:tc>
          <w:tcPr>
            <w:tcW w:type="dxa" w:w="1285"/>
          </w:tcPr>
          <w:p/>
        </w:tc>
        <w:tc>
          <w:tcPr>
            <w:tcW w:type="dxa" w:w="1285"/>
          </w:tcPr>
          <w:p/>
        </w:tc>
        <w:tc>
          <w:tcPr>
            <w:tcW w:type="dxa" w:w="1285"/>
          </w:tcPr>
          <w:p/>
        </w:tc>
      </w:tr>
      <w:tr>
        <w:tc>
          <w:tcPr>
            <w:tcW w:type="dxa" w:w="1285"/>
          </w:tcPr>
          <w:p>
            <w:r>
              <w:rPr>
                <w:sz w:val="16"/>
              </w:rPr>
              <w:t>5</w:t>
            </w:r>
          </w:p>
        </w:tc>
        <w:tc>
          <w:tcPr>
            <w:tcW w:type="dxa" w:w="1285"/>
          </w:tcPr>
          <w:p/>
        </w:tc>
        <w:tc>
          <w:tcPr>
            <w:tcW w:type="dxa" w:w="1285"/>
          </w:tcPr>
          <w:p/>
        </w:tc>
        <w:tc>
          <w:tcPr>
            <w:tcW w:type="dxa" w:w="1285"/>
          </w:tcPr>
          <w:p/>
        </w:tc>
        <w:tc>
          <w:tcPr>
            <w:tcW w:type="dxa" w:w="1285"/>
          </w:tcPr>
          <w:p/>
        </w:tc>
        <w:tc>
          <w:tcPr>
            <w:tcW w:type="dxa" w:w="1285"/>
          </w:tcPr>
          <w:p/>
        </w:tc>
        <w:tc>
          <w:tcPr>
            <w:tcW w:type="dxa" w:w="1285"/>
          </w:tcPr>
          <w:p/>
        </w:tc>
        <w:tc>
          <w:tcPr>
            <w:tcW w:type="dxa" w:w="1285"/>
          </w:tcPr>
          <w:p/>
        </w:tc>
        <w:tc>
          <w:tcPr>
            <w:tcW w:type="dxa" w:w="1285"/>
          </w:tcPr>
          <w:p/>
        </w:tc>
        <w:tc>
          <w:tcPr>
            <w:tcW w:type="dxa" w:w="1285"/>
          </w:tcPr>
          <w:p/>
        </w:tc>
        <w:tc>
          <w:tcPr>
            <w:tcW w:type="dxa" w:w="1285"/>
          </w:tcPr>
          <w:p/>
        </w:tc>
      </w:tr>
      <w:tr>
        <w:tc>
          <w:tcPr>
            <w:tcW w:type="dxa" w:w="1285"/>
          </w:tcPr>
          <w:p>
            <w:r>
              <w:rPr>
                <w:sz w:val="16"/>
              </w:rPr>
              <w:t>6</w:t>
            </w:r>
          </w:p>
        </w:tc>
        <w:tc>
          <w:tcPr>
            <w:tcW w:type="dxa" w:w="1285"/>
          </w:tcPr>
          <w:p/>
        </w:tc>
        <w:tc>
          <w:tcPr>
            <w:tcW w:type="dxa" w:w="1285"/>
          </w:tcPr>
          <w:p/>
        </w:tc>
        <w:tc>
          <w:tcPr>
            <w:tcW w:type="dxa" w:w="1285"/>
          </w:tcPr>
          <w:p/>
        </w:tc>
        <w:tc>
          <w:tcPr>
            <w:tcW w:type="dxa" w:w="1285"/>
          </w:tcPr>
          <w:p/>
        </w:tc>
        <w:tc>
          <w:tcPr>
            <w:tcW w:type="dxa" w:w="1285"/>
          </w:tcPr>
          <w:p/>
        </w:tc>
        <w:tc>
          <w:tcPr>
            <w:tcW w:type="dxa" w:w="1285"/>
          </w:tcPr>
          <w:p/>
        </w:tc>
        <w:tc>
          <w:tcPr>
            <w:tcW w:type="dxa" w:w="1285"/>
          </w:tcPr>
          <w:p/>
        </w:tc>
        <w:tc>
          <w:tcPr>
            <w:tcW w:type="dxa" w:w="1285"/>
          </w:tcPr>
          <w:p/>
        </w:tc>
        <w:tc>
          <w:tcPr>
            <w:tcW w:type="dxa" w:w="1285"/>
          </w:tcPr>
          <w:p/>
        </w:tc>
        <w:tc>
          <w:tcPr>
            <w:tcW w:type="dxa" w:w="1285"/>
          </w:tcPr>
          <w:p/>
        </w:tc>
      </w:tr>
      <w:tr>
        <w:tc>
          <w:tcPr>
            <w:tcW w:type="dxa" w:w="1285"/>
          </w:tcPr>
          <w:p>
            <w:r>
              <w:rPr>
                <w:sz w:val="16"/>
              </w:rPr>
              <w:t>7</w:t>
            </w:r>
          </w:p>
        </w:tc>
        <w:tc>
          <w:tcPr>
            <w:tcW w:type="dxa" w:w="1285"/>
          </w:tcPr>
          <w:p/>
        </w:tc>
        <w:tc>
          <w:tcPr>
            <w:tcW w:type="dxa" w:w="1285"/>
          </w:tcPr>
          <w:p/>
        </w:tc>
        <w:tc>
          <w:tcPr>
            <w:tcW w:type="dxa" w:w="1285"/>
          </w:tcPr>
          <w:p/>
        </w:tc>
        <w:tc>
          <w:tcPr>
            <w:tcW w:type="dxa" w:w="1285"/>
          </w:tcPr>
          <w:p/>
        </w:tc>
        <w:tc>
          <w:tcPr>
            <w:tcW w:type="dxa" w:w="1285"/>
          </w:tcPr>
          <w:p/>
        </w:tc>
        <w:tc>
          <w:tcPr>
            <w:tcW w:type="dxa" w:w="1285"/>
          </w:tcPr>
          <w:p/>
        </w:tc>
        <w:tc>
          <w:tcPr>
            <w:tcW w:type="dxa" w:w="1285"/>
          </w:tcPr>
          <w:p/>
        </w:tc>
        <w:tc>
          <w:tcPr>
            <w:tcW w:type="dxa" w:w="1285"/>
          </w:tcPr>
          <w:p/>
        </w:tc>
        <w:tc>
          <w:tcPr>
            <w:tcW w:type="dxa" w:w="1285"/>
          </w:tcPr>
          <w:p/>
        </w:tc>
        <w:tc>
          <w:tcPr>
            <w:tcW w:type="dxa" w:w="1285"/>
          </w:tcPr>
          <w:p/>
        </w:tc>
      </w:tr>
      <w:tr>
        <w:tc>
          <w:tcPr>
            <w:tcW w:type="dxa" w:w="1285"/>
          </w:tcPr>
          <w:p>
            <w:r>
              <w:rPr>
                <w:sz w:val="16"/>
              </w:rPr>
              <w:t>8</w:t>
            </w:r>
          </w:p>
        </w:tc>
        <w:tc>
          <w:tcPr>
            <w:tcW w:type="dxa" w:w="1285"/>
          </w:tcPr>
          <w:p/>
        </w:tc>
        <w:tc>
          <w:tcPr>
            <w:tcW w:type="dxa" w:w="1285"/>
          </w:tcPr>
          <w:p/>
        </w:tc>
        <w:tc>
          <w:tcPr>
            <w:tcW w:type="dxa" w:w="1285"/>
          </w:tcPr>
          <w:p/>
        </w:tc>
        <w:tc>
          <w:tcPr>
            <w:tcW w:type="dxa" w:w="1285"/>
          </w:tcPr>
          <w:p/>
        </w:tc>
        <w:tc>
          <w:tcPr>
            <w:tcW w:type="dxa" w:w="1285"/>
          </w:tcPr>
          <w:p/>
        </w:tc>
        <w:tc>
          <w:tcPr>
            <w:tcW w:type="dxa" w:w="1285"/>
          </w:tcPr>
          <w:p/>
        </w:tc>
        <w:tc>
          <w:tcPr>
            <w:tcW w:type="dxa" w:w="1285"/>
          </w:tcPr>
          <w:p/>
        </w:tc>
        <w:tc>
          <w:tcPr>
            <w:tcW w:type="dxa" w:w="1285"/>
          </w:tcPr>
          <w:p/>
        </w:tc>
        <w:tc>
          <w:tcPr>
            <w:tcW w:type="dxa" w:w="1285"/>
          </w:tcPr>
          <w:p/>
        </w:tc>
        <w:tc>
          <w:tcPr>
            <w:tcW w:type="dxa" w:w="1285"/>
          </w:tcPr>
          <w:p/>
        </w:tc>
      </w:tr>
      <w:tr>
        <w:tc>
          <w:tcPr>
            <w:tcW w:type="dxa" w:w="1285"/>
          </w:tcPr>
          <w:p>
            <w:r>
              <w:rPr>
                <w:sz w:val="16"/>
              </w:rPr>
              <w:t>9</w:t>
            </w:r>
          </w:p>
        </w:tc>
        <w:tc>
          <w:tcPr>
            <w:tcW w:type="dxa" w:w="1285"/>
          </w:tcPr>
          <w:p/>
        </w:tc>
        <w:tc>
          <w:tcPr>
            <w:tcW w:type="dxa" w:w="1285"/>
          </w:tcPr>
          <w:p/>
        </w:tc>
        <w:tc>
          <w:tcPr>
            <w:tcW w:type="dxa" w:w="1285"/>
          </w:tcPr>
          <w:p/>
        </w:tc>
        <w:tc>
          <w:tcPr>
            <w:tcW w:type="dxa" w:w="1285"/>
          </w:tcPr>
          <w:p/>
        </w:tc>
        <w:tc>
          <w:tcPr>
            <w:tcW w:type="dxa" w:w="1285"/>
          </w:tcPr>
          <w:p/>
        </w:tc>
        <w:tc>
          <w:tcPr>
            <w:tcW w:type="dxa" w:w="1285"/>
          </w:tcPr>
          <w:p/>
        </w:tc>
        <w:tc>
          <w:tcPr>
            <w:tcW w:type="dxa" w:w="1285"/>
          </w:tcPr>
          <w:p/>
        </w:tc>
        <w:tc>
          <w:tcPr>
            <w:tcW w:type="dxa" w:w="1285"/>
          </w:tcPr>
          <w:p/>
        </w:tc>
        <w:tc>
          <w:tcPr>
            <w:tcW w:type="dxa" w:w="1285"/>
          </w:tcPr>
          <w:p/>
        </w:tc>
        <w:tc>
          <w:tcPr>
            <w:tcW w:type="dxa" w:w="1285"/>
          </w:tcPr>
          <w:p/>
        </w:tc>
      </w:tr>
      <w:tr>
        <w:tc>
          <w:tcPr>
            <w:tcW w:type="dxa" w:w="1285"/>
          </w:tcPr>
          <w:p>
            <w:r>
              <w:rPr>
                <w:sz w:val="16"/>
              </w:rPr>
              <w:t>10</w:t>
            </w:r>
          </w:p>
        </w:tc>
        <w:tc>
          <w:tcPr>
            <w:tcW w:type="dxa" w:w="1285"/>
          </w:tcPr>
          <w:p/>
        </w:tc>
        <w:tc>
          <w:tcPr>
            <w:tcW w:type="dxa" w:w="1285"/>
          </w:tcPr>
          <w:p/>
        </w:tc>
        <w:tc>
          <w:tcPr>
            <w:tcW w:type="dxa" w:w="1285"/>
          </w:tcPr>
          <w:p/>
        </w:tc>
        <w:tc>
          <w:tcPr>
            <w:tcW w:type="dxa" w:w="1285"/>
          </w:tcPr>
          <w:p/>
        </w:tc>
        <w:tc>
          <w:tcPr>
            <w:tcW w:type="dxa" w:w="1285"/>
          </w:tcPr>
          <w:p/>
        </w:tc>
        <w:tc>
          <w:tcPr>
            <w:tcW w:type="dxa" w:w="1285"/>
          </w:tcPr>
          <w:p/>
        </w:tc>
        <w:tc>
          <w:tcPr>
            <w:tcW w:type="dxa" w:w="1285"/>
          </w:tcPr>
          <w:p/>
        </w:tc>
        <w:tc>
          <w:tcPr>
            <w:tcW w:type="dxa" w:w="1285"/>
          </w:tcPr>
          <w:p/>
        </w:tc>
        <w:tc>
          <w:tcPr>
            <w:tcW w:type="dxa" w:w="1285"/>
          </w:tcPr>
          <w:p/>
        </w:tc>
        <w:tc>
          <w:tcPr>
            <w:tcW w:type="dxa" w:w="1285"/>
          </w:tcPr>
          <w:p/>
        </w:tc>
      </w:tr>
      <w:tr>
        <w:tc>
          <w:tcPr>
            <w:tcW w:type="dxa" w:w="1285"/>
          </w:tcPr>
          <w:p>
            <w:r>
              <w:rPr>
                <w:sz w:val="16"/>
              </w:rPr>
              <w:t>11</w:t>
            </w:r>
          </w:p>
        </w:tc>
        <w:tc>
          <w:tcPr>
            <w:tcW w:type="dxa" w:w="1285"/>
          </w:tcPr>
          <w:p/>
        </w:tc>
        <w:tc>
          <w:tcPr>
            <w:tcW w:type="dxa" w:w="1285"/>
          </w:tcPr>
          <w:p/>
        </w:tc>
        <w:tc>
          <w:tcPr>
            <w:tcW w:type="dxa" w:w="1285"/>
          </w:tcPr>
          <w:p/>
        </w:tc>
        <w:tc>
          <w:tcPr>
            <w:tcW w:type="dxa" w:w="1285"/>
          </w:tcPr>
          <w:p/>
        </w:tc>
        <w:tc>
          <w:tcPr>
            <w:tcW w:type="dxa" w:w="1285"/>
          </w:tcPr>
          <w:p/>
        </w:tc>
        <w:tc>
          <w:tcPr>
            <w:tcW w:type="dxa" w:w="1285"/>
          </w:tcPr>
          <w:p/>
        </w:tc>
        <w:tc>
          <w:tcPr>
            <w:tcW w:type="dxa" w:w="1285"/>
          </w:tcPr>
          <w:p/>
        </w:tc>
        <w:tc>
          <w:tcPr>
            <w:tcW w:type="dxa" w:w="1285"/>
          </w:tcPr>
          <w:p/>
        </w:tc>
        <w:tc>
          <w:tcPr>
            <w:tcW w:type="dxa" w:w="1285"/>
          </w:tcPr>
          <w:p/>
        </w:tc>
        <w:tc>
          <w:tcPr>
            <w:tcW w:type="dxa" w:w="1285"/>
          </w:tcPr>
          <w:p/>
        </w:tc>
      </w:tr>
      <w:tr>
        <w:tc>
          <w:tcPr>
            <w:tcW w:type="dxa" w:w="1285"/>
          </w:tcPr>
          <w:p>
            <w:r>
              <w:rPr>
                <w:sz w:val="16"/>
              </w:rPr>
              <w:t>12</w:t>
            </w:r>
          </w:p>
        </w:tc>
        <w:tc>
          <w:tcPr>
            <w:tcW w:type="dxa" w:w="1285"/>
          </w:tcPr>
          <w:p/>
        </w:tc>
        <w:tc>
          <w:tcPr>
            <w:tcW w:type="dxa" w:w="1285"/>
          </w:tcPr>
          <w:p/>
        </w:tc>
        <w:tc>
          <w:tcPr>
            <w:tcW w:type="dxa" w:w="1285"/>
          </w:tcPr>
          <w:p/>
        </w:tc>
        <w:tc>
          <w:tcPr>
            <w:tcW w:type="dxa" w:w="1285"/>
          </w:tcPr>
          <w:p/>
        </w:tc>
        <w:tc>
          <w:tcPr>
            <w:tcW w:type="dxa" w:w="1285"/>
          </w:tcPr>
          <w:p/>
        </w:tc>
        <w:tc>
          <w:tcPr>
            <w:tcW w:type="dxa" w:w="1285"/>
          </w:tcPr>
          <w:p/>
        </w:tc>
        <w:tc>
          <w:tcPr>
            <w:tcW w:type="dxa" w:w="1285"/>
          </w:tcPr>
          <w:p/>
        </w:tc>
        <w:tc>
          <w:tcPr>
            <w:tcW w:type="dxa" w:w="1285"/>
          </w:tcPr>
          <w:p/>
        </w:tc>
        <w:tc>
          <w:tcPr>
            <w:tcW w:type="dxa" w:w="1285"/>
          </w:tcPr>
          <w:p/>
        </w:tc>
        <w:tc>
          <w:tcPr>
            <w:tcW w:type="dxa" w:w="1285"/>
          </w:tcPr>
          <w:p/>
        </w:tc>
      </w:tr>
      <w:tr>
        <w:tc>
          <w:tcPr>
            <w:tcW w:type="dxa" w:w="1285"/>
          </w:tcPr>
          <w:p>
            <w:r>
              <w:rPr>
                <w:sz w:val="16"/>
              </w:rPr>
              <w:t>13</w:t>
            </w:r>
          </w:p>
        </w:tc>
        <w:tc>
          <w:tcPr>
            <w:tcW w:type="dxa" w:w="1285"/>
          </w:tcPr>
          <w:p/>
        </w:tc>
        <w:tc>
          <w:tcPr>
            <w:tcW w:type="dxa" w:w="1285"/>
          </w:tcPr>
          <w:p/>
        </w:tc>
        <w:tc>
          <w:tcPr>
            <w:tcW w:type="dxa" w:w="1285"/>
          </w:tcPr>
          <w:p/>
        </w:tc>
        <w:tc>
          <w:tcPr>
            <w:tcW w:type="dxa" w:w="1285"/>
          </w:tcPr>
          <w:p/>
        </w:tc>
        <w:tc>
          <w:tcPr>
            <w:tcW w:type="dxa" w:w="1285"/>
          </w:tcPr>
          <w:p/>
        </w:tc>
        <w:tc>
          <w:tcPr>
            <w:tcW w:type="dxa" w:w="1285"/>
          </w:tcPr>
          <w:p/>
        </w:tc>
        <w:tc>
          <w:tcPr>
            <w:tcW w:type="dxa" w:w="1285"/>
          </w:tcPr>
          <w:p/>
        </w:tc>
        <w:tc>
          <w:tcPr>
            <w:tcW w:type="dxa" w:w="1285"/>
          </w:tcPr>
          <w:p/>
        </w:tc>
        <w:tc>
          <w:tcPr>
            <w:tcW w:type="dxa" w:w="1285"/>
          </w:tcPr>
          <w:p/>
        </w:tc>
        <w:tc>
          <w:tcPr>
            <w:tcW w:type="dxa" w:w="1285"/>
          </w:tcPr>
          <w:p/>
        </w:tc>
      </w:tr>
      <w:tr>
        <w:tc>
          <w:tcPr>
            <w:tcW w:type="dxa" w:w="1285"/>
          </w:tcPr>
          <w:p>
            <w:r>
              <w:rPr>
                <w:sz w:val="16"/>
              </w:rPr>
              <w:t>14</w:t>
            </w:r>
          </w:p>
        </w:tc>
        <w:tc>
          <w:tcPr>
            <w:tcW w:type="dxa" w:w="1285"/>
          </w:tcPr>
          <w:p/>
        </w:tc>
        <w:tc>
          <w:tcPr>
            <w:tcW w:type="dxa" w:w="1285"/>
          </w:tcPr>
          <w:p/>
        </w:tc>
        <w:tc>
          <w:tcPr>
            <w:tcW w:type="dxa" w:w="1285"/>
          </w:tcPr>
          <w:p/>
        </w:tc>
        <w:tc>
          <w:tcPr>
            <w:tcW w:type="dxa" w:w="1285"/>
          </w:tcPr>
          <w:p/>
        </w:tc>
        <w:tc>
          <w:tcPr>
            <w:tcW w:type="dxa" w:w="1285"/>
          </w:tcPr>
          <w:p/>
        </w:tc>
        <w:tc>
          <w:tcPr>
            <w:tcW w:type="dxa" w:w="1285"/>
          </w:tcPr>
          <w:p/>
        </w:tc>
        <w:tc>
          <w:tcPr>
            <w:tcW w:type="dxa" w:w="1285"/>
          </w:tcPr>
          <w:p/>
        </w:tc>
        <w:tc>
          <w:tcPr>
            <w:tcW w:type="dxa" w:w="1285"/>
          </w:tcPr>
          <w:p/>
        </w:tc>
        <w:tc>
          <w:tcPr>
            <w:tcW w:type="dxa" w:w="1285"/>
          </w:tcPr>
          <w:p/>
        </w:tc>
        <w:tc>
          <w:tcPr>
            <w:tcW w:type="dxa" w:w="1285"/>
          </w:tcPr>
          <w:p/>
        </w:tc>
      </w:tr>
      <w:tr>
        <w:tc>
          <w:tcPr>
            <w:tcW w:type="dxa" w:w="1285"/>
          </w:tcPr>
          <w:p>
            <w:r>
              <w:rPr>
                <w:sz w:val="16"/>
              </w:rPr>
              <w:t>15</w:t>
            </w:r>
          </w:p>
        </w:tc>
        <w:tc>
          <w:tcPr>
            <w:tcW w:type="dxa" w:w="1285"/>
          </w:tcPr>
          <w:p/>
        </w:tc>
        <w:tc>
          <w:tcPr>
            <w:tcW w:type="dxa" w:w="1285"/>
          </w:tcPr>
          <w:p/>
        </w:tc>
        <w:tc>
          <w:tcPr>
            <w:tcW w:type="dxa" w:w="1285"/>
          </w:tcPr>
          <w:p/>
        </w:tc>
        <w:tc>
          <w:tcPr>
            <w:tcW w:type="dxa" w:w="1285"/>
          </w:tcPr>
          <w:p/>
        </w:tc>
        <w:tc>
          <w:tcPr>
            <w:tcW w:type="dxa" w:w="1285"/>
          </w:tcPr>
          <w:p/>
        </w:tc>
        <w:tc>
          <w:tcPr>
            <w:tcW w:type="dxa" w:w="1285"/>
          </w:tcPr>
          <w:p/>
        </w:tc>
        <w:tc>
          <w:tcPr>
            <w:tcW w:type="dxa" w:w="1285"/>
          </w:tcPr>
          <w:p/>
        </w:tc>
        <w:tc>
          <w:tcPr>
            <w:tcW w:type="dxa" w:w="1285"/>
          </w:tcPr>
          <w:p/>
        </w:tc>
        <w:tc>
          <w:tcPr>
            <w:tcW w:type="dxa" w:w="1285"/>
          </w:tcPr>
          <w:p/>
        </w:tc>
        <w:tc>
          <w:tcPr>
            <w:tcW w:type="dxa" w:w="1285"/>
          </w:tcPr>
          <w:p/>
        </w:tc>
      </w:tr>
      <w:tr>
        <w:tc>
          <w:tcPr>
            <w:tcW w:type="dxa" w:w="1285"/>
          </w:tcPr>
          <w:p>
            <w:r>
              <w:rPr>
                <w:sz w:val="16"/>
              </w:rPr>
              <w:t>16</w:t>
            </w:r>
          </w:p>
        </w:tc>
        <w:tc>
          <w:tcPr>
            <w:tcW w:type="dxa" w:w="1285"/>
          </w:tcPr>
          <w:p/>
        </w:tc>
        <w:tc>
          <w:tcPr>
            <w:tcW w:type="dxa" w:w="1285"/>
          </w:tcPr>
          <w:p/>
        </w:tc>
        <w:tc>
          <w:tcPr>
            <w:tcW w:type="dxa" w:w="1285"/>
          </w:tcPr>
          <w:p/>
        </w:tc>
        <w:tc>
          <w:tcPr>
            <w:tcW w:type="dxa" w:w="1285"/>
          </w:tcPr>
          <w:p/>
        </w:tc>
        <w:tc>
          <w:tcPr>
            <w:tcW w:type="dxa" w:w="1285"/>
          </w:tcPr>
          <w:p/>
        </w:tc>
        <w:tc>
          <w:tcPr>
            <w:tcW w:type="dxa" w:w="1285"/>
          </w:tcPr>
          <w:p/>
        </w:tc>
        <w:tc>
          <w:tcPr>
            <w:tcW w:type="dxa" w:w="1285"/>
          </w:tcPr>
          <w:p/>
        </w:tc>
        <w:tc>
          <w:tcPr>
            <w:tcW w:type="dxa" w:w="1285"/>
          </w:tcPr>
          <w:p/>
        </w:tc>
        <w:tc>
          <w:tcPr>
            <w:tcW w:type="dxa" w:w="1285"/>
          </w:tcPr>
          <w:p/>
        </w:tc>
        <w:tc>
          <w:tcPr>
            <w:tcW w:type="dxa" w:w="1285"/>
          </w:tcPr>
          <w:p/>
        </w:tc>
      </w:tr>
      <w:tr>
        <w:tc>
          <w:tcPr>
            <w:tcW w:type="dxa" w:w="1285"/>
          </w:tcPr>
          <w:p>
            <w:r>
              <w:rPr>
                <w:sz w:val="16"/>
              </w:rPr>
              <w:t>17</w:t>
            </w:r>
          </w:p>
        </w:tc>
        <w:tc>
          <w:tcPr>
            <w:tcW w:type="dxa" w:w="1285"/>
          </w:tcPr>
          <w:p/>
        </w:tc>
        <w:tc>
          <w:tcPr>
            <w:tcW w:type="dxa" w:w="1285"/>
          </w:tcPr>
          <w:p/>
        </w:tc>
        <w:tc>
          <w:tcPr>
            <w:tcW w:type="dxa" w:w="1285"/>
          </w:tcPr>
          <w:p/>
        </w:tc>
        <w:tc>
          <w:tcPr>
            <w:tcW w:type="dxa" w:w="1285"/>
          </w:tcPr>
          <w:p/>
        </w:tc>
        <w:tc>
          <w:tcPr>
            <w:tcW w:type="dxa" w:w="1285"/>
          </w:tcPr>
          <w:p/>
        </w:tc>
        <w:tc>
          <w:tcPr>
            <w:tcW w:type="dxa" w:w="1285"/>
          </w:tcPr>
          <w:p/>
        </w:tc>
        <w:tc>
          <w:tcPr>
            <w:tcW w:type="dxa" w:w="1285"/>
          </w:tcPr>
          <w:p/>
        </w:tc>
        <w:tc>
          <w:tcPr>
            <w:tcW w:type="dxa" w:w="1285"/>
          </w:tcPr>
          <w:p/>
        </w:tc>
        <w:tc>
          <w:tcPr>
            <w:tcW w:type="dxa" w:w="1285"/>
          </w:tcPr>
          <w:p/>
        </w:tc>
        <w:tc>
          <w:tcPr>
            <w:tcW w:type="dxa" w:w="1285"/>
          </w:tcPr>
          <w:p/>
        </w:tc>
      </w:tr>
      <w:tr>
        <w:tc>
          <w:tcPr>
            <w:tcW w:type="dxa" w:w="1285"/>
          </w:tcPr>
          <w:p>
            <w:r>
              <w:rPr>
                <w:sz w:val="16"/>
              </w:rPr>
              <w:t>18</w:t>
            </w:r>
          </w:p>
        </w:tc>
        <w:tc>
          <w:tcPr>
            <w:tcW w:type="dxa" w:w="1285"/>
          </w:tcPr>
          <w:p/>
        </w:tc>
        <w:tc>
          <w:tcPr>
            <w:tcW w:type="dxa" w:w="1285"/>
          </w:tcPr>
          <w:p/>
        </w:tc>
        <w:tc>
          <w:tcPr>
            <w:tcW w:type="dxa" w:w="1285"/>
          </w:tcPr>
          <w:p/>
        </w:tc>
        <w:tc>
          <w:tcPr>
            <w:tcW w:type="dxa" w:w="1285"/>
          </w:tcPr>
          <w:p/>
        </w:tc>
        <w:tc>
          <w:tcPr>
            <w:tcW w:type="dxa" w:w="1285"/>
          </w:tcPr>
          <w:p/>
        </w:tc>
        <w:tc>
          <w:tcPr>
            <w:tcW w:type="dxa" w:w="1285"/>
          </w:tcPr>
          <w:p/>
        </w:tc>
        <w:tc>
          <w:tcPr>
            <w:tcW w:type="dxa" w:w="1285"/>
          </w:tcPr>
          <w:p/>
        </w:tc>
        <w:tc>
          <w:tcPr>
            <w:tcW w:type="dxa" w:w="1285"/>
          </w:tcPr>
          <w:p/>
        </w:tc>
        <w:tc>
          <w:tcPr>
            <w:tcW w:type="dxa" w:w="1285"/>
          </w:tcPr>
          <w:p/>
        </w:tc>
        <w:tc>
          <w:tcPr>
            <w:tcW w:type="dxa" w:w="1285"/>
          </w:tcPr>
          <w:p/>
        </w:tc>
      </w:tr>
      <w:tr>
        <w:tc>
          <w:tcPr>
            <w:tcW w:type="dxa" w:w="1285"/>
          </w:tcPr>
          <w:p>
            <w:r>
              <w:rPr>
                <w:sz w:val="16"/>
              </w:rPr>
              <w:t>19</w:t>
            </w:r>
          </w:p>
        </w:tc>
        <w:tc>
          <w:tcPr>
            <w:tcW w:type="dxa" w:w="1285"/>
          </w:tcPr>
          <w:p/>
        </w:tc>
        <w:tc>
          <w:tcPr>
            <w:tcW w:type="dxa" w:w="1285"/>
          </w:tcPr>
          <w:p/>
        </w:tc>
        <w:tc>
          <w:tcPr>
            <w:tcW w:type="dxa" w:w="1285"/>
          </w:tcPr>
          <w:p/>
        </w:tc>
        <w:tc>
          <w:tcPr>
            <w:tcW w:type="dxa" w:w="1285"/>
          </w:tcPr>
          <w:p/>
        </w:tc>
        <w:tc>
          <w:tcPr>
            <w:tcW w:type="dxa" w:w="1285"/>
          </w:tcPr>
          <w:p/>
        </w:tc>
        <w:tc>
          <w:tcPr>
            <w:tcW w:type="dxa" w:w="1285"/>
          </w:tcPr>
          <w:p/>
        </w:tc>
        <w:tc>
          <w:tcPr>
            <w:tcW w:type="dxa" w:w="1285"/>
          </w:tcPr>
          <w:p/>
        </w:tc>
        <w:tc>
          <w:tcPr>
            <w:tcW w:type="dxa" w:w="1285"/>
          </w:tcPr>
          <w:p/>
        </w:tc>
        <w:tc>
          <w:tcPr>
            <w:tcW w:type="dxa" w:w="1285"/>
          </w:tcPr>
          <w:p/>
        </w:tc>
        <w:tc>
          <w:tcPr>
            <w:tcW w:type="dxa" w:w="1285"/>
          </w:tcPr>
          <w:p/>
        </w:tc>
      </w:tr>
      <w:tr>
        <w:tc>
          <w:tcPr>
            <w:tcW w:type="dxa" w:w="1285"/>
          </w:tcPr>
          <w:p>
            <w:r>
              <w:rPr>
                <w:sz w:val="16"/>
              </w:rPr>
              <w:t>20</w:t>
            </w:r>
          </w:p>
        </w:tc>
        <w:tc>
          <w:tcPr>
            <w:tcW w:type="dxa" w:w="1285"/>
          </w:tcPr>
          <w:p/>
        </w:tc>
        <w:tc>
          <w:tcPr>
            <w:tcW w:type="dxa" w:w="1285"/>
          </w:tcPr>
          <w:p/>
        </w:tc>
        <w:tc>
          <w:tcPr>
            <w:tcW w:type="dxa" w:w="1285"/>
          </w:tcPr>
          <w:p/>
        </w:tc>
        <w:tc>
          <w:tcPr>
            <w:tcW w:type="dxa" w:w="1285"/>
          </w:tcPr>
          <w:p/>
        </w:tc>
        <w:tc>
          <w:tcPr>
            <w:tcW w:type="dxa" w:w="1285"/>
          </w:tcPr>
          <w:p/>
        </w:tc>
        <w:tc>
          <w:tcPr>
            <w:tcW w:type="dxa" w:w="1285"/>
          </w:tcPr>
          <w:p/>
        </w:tc>
        <w:tc>
          <w:tcPr>
            <w:tcW w:type="dxa" w:w="1285"/>
          </w:tcPr>
          <w:p/>
        </w:tc>
        <w:tc>
          <w:tcPr>
            <w:tcW w:type="dxa" w:w="1285"/>
          </w:tcPr>
          <w:p/>
        </w:tc>
        <w:tc>
          <w:tcPr>
            <w:tcW w:type="dxa" w:w="1285"/>
          </w:tcPr>
          <w:p/>
        </w:tc>
        <w:tc>
          <w:tcPr>
            <w:tcW w:type="dxa" w:w="1285"/>
          </w:tcPr>
          <w:p/>
        </w:tc>
      </w:tr>
      <w:tr>
        <w:tc>
          <w:tcPr>
            <w:tcW w:type="dxa" w:w="1285"/>
          </w:tcPr>
          <w:p>
            <w:r>
              <w:rPr>
                <w:sz w:val="16"/>
              </w:rPr>
              <w:t>21</w:t>
            </w:r>
          </w:p>
        </w:tc>
        <w:tc>
          <w:tcPr>
            <w:tcW w:type="dxa" w:w="1285"/>
          </w:tcPr>
          <w:p/>
        </w:tc>
        <w:tc>
          <w:tcPr>
            <w:tcW w:type="dxa" w:w="1285"/>
          </w:tcPr>
          <w:p/>
        </w:tc>
        <w:tc>
          <w:tcPr>
            <w:tcW w:type="dxa" w:w="1285"/>
          </w:tcPr>
          <w:p/>
        </w:tc>
        <w:tc>
          <w:tcPr>
            <w:tcW w:type="dxa" w:w="1285"/>
          </w:tcPr>
          <w:p/>
        </w:tc>
        <w:tc>
          <w:tcPr>
            <w:tcW w:type="dxa" w:w="1285"/>
          </w:tcPr>
          <w:p/>
        </w:tc>
        <w:tc>
          <w:tcPr>
            <w:tcW w:type="dxa" w:w="1285"/>
          </w:tcPr>
          <w:p/>
        </w:tc>
        <w:tc>
          <w:tcPr>
            <w:tcW w:type="dxa" w:w="1285"/>
          </w:tcPr>
          <w:p/>
        </w:tc>
        <w:tc>
          <w:tcPr>
            <w:tcW w:type="dxa" w:w="1285"/>
          </w:tcPr>
          <w:p/>
        </w:tc>
        <w:tc>
          <w:tcPr>
            <w:tcW w:type="dxa" w:w="1285"/>
          </w:tcPr>
          <w:p/>
        </w:tc>
        <w:tc>
          <w:tcPr>
            <w:tcW w:type="dxa" w:w="1285"/>
          </w:tcPr>
          <w:p/>
        </w:tc>
      </w:tr>
      <w:tr>
        <w:tc>
          <w:tcPr>
            <w:tcW w:type="dxa" w:w="1285"/>
          </w:tcPr>
          <w:p>
            <w:r>
              <w:rPr>
                <w:sz w:val="16"/>
              </w:rPr>
              <w:t>22</w:t>
            </w:r>
          </w:p>
        </w:tc>
        <w:tc>
          <w:tcPr>
            <w:tcW w:type="dxa" w:w="1285"/>
          </w:tcPr>
          <w:p/>
        </w:tc>
        <w:tc>
          <w:tcPr>
            <w:tcW w:type="dxa" w:w="1285"/>
          </w:tcPr>
          <w:p/>
        </w:tc>
        <w:tc>
          <w:tcPr>
            <w:tcW w:type="dxa" w:w="1285"/>
          </w:tcPr>
          <w:p/>
        </w:tc>
        <w:tc>
          <w:tcPr>
            <w:tcW w:type="dxa" w:w="1285"/>
          </w:tcPr>
          <w:p/>
        </w:tc>
        <w:tc>
          <w:tcPr>
            <w:tcW w:type="dxa" w:w="1285"/>
          </w:tcPr>
          <w:p/>
        </w:tc>
        <w:tc>
          <w:tcPr>
            <w:tcW w:type="dxa" w:w="1285"/>
          </w:tcPr>
          <w:p/>
        </w:tc>
        <w:tc>
          <w:tcPr>
            <w:tcW w:type="dxa" w:w="1285"/>
          </w:tcPr>
          <w:p/>
        </w:tc>
        <w:tc>
          <w:tcPr>
            <w:tcW w:type="dxa" w:w="1285"/>
          </w:tcPr>
          <w:p/>
        </w:tc>
        <w:tc>
          <w:tcPr>
            <w:tcW w:type="dxa" w:w="1285"/>
          </w:tcPr>
          <w:p/>
        </w:tc>
        <w:tc>
          <w:tcPr>
            <w:tcW w:type="dxa" w:w="1285"/>
          </w:tcPr>
          <w:p/>
        </w:tc>
      </w:tr>
      <w:tr>
        <w:tc>
          <w:tcPr>
            <w:tcW w:type="dxa" w:w="1285"/>
          </w:tcPr>
          <w:p>
            <w:r>
              <w:rPr>
                <w:sz w:val="16"/>
              </w:rPr>
              <w:t>23</w:t>
            </w:r>
          </w:p>
        </w:tc>
        <w:tc>
          <w:tcPr>
            <w:tcW w:type="dxa" w:w="1285"/>
          </w:tcPr>
          <w:p/>
        </w:tc>
        <w:tc>
          <w:tcPr>
            <w:tcW w:type="dxa" w:w="1285"/>
          </w:tcPr>
          <w:p/>
        </w:tc>
        <w:tc>
          <w:tcPr>
            <w:tcW w:type="dxa" w:w="1285"/>
          </w:tcPr>
          <w:p/>
        </w:tc>
        <w:tc>
          <w:tcPr>
            <w:tcW w:type="dxa" w:w="1285"/>
          </w:tcPr>
          <w:p/>
        </w:tc>
        <w:tc>
          <w:tcPr>
            <w:tcW w:type="dxa" w:w="1285"/>
          </w:tcPr>
          <w:p/>
        </w:tc>
        <w:tc>
          <w:tcPr>
            <w:tcW w:type="dxa" w:w="1285"/>
          </w:tcPr>
          <w:p/>
        </w:tc>
        <w:tc>
          <w:tcPr>
            <w:tcW w:type="dxa" w:w="1285"/>
          </w:tcPr>
          <w:p/>
        </w:tc>
        <w:tc>
          <w:tcPr>
            <w:tcW w:type="dxa" w:w="1285"/>
          </w:tcPr>
          <w:p/>
        </w:tc>
        <w:tc>
          <w:tcPr>
            <w:tcW w:type="dxa" w:w="1285"/>
          </w:tcPr>
          <w:p/>
        </w:tc>
        <w:tc>
          <w:tcPr>
            <w:tcW w:type="dxa" w:w="1285"/>
          </w:tcPr>
          <w:p/>
        </w:tc>
      </w:tr>
      <w:tr>
        <w:tc>
          <w:tcPr>
            <w:tcW w:type="dxa" w:w="1285"/>
          </w:tcPr>
          <w:p>
            <w:r>
              <w:rPr>
                <w:sz w:val="16"/>
              </w:rPr>
              <w:t>24</w:t>
            </w:r>
          </w:p>
        </w:tc>
        <w:tc>
          <w:tcPr>
            <w:tcW w:type="dxa" w:w="1285"/>
          </w:tcPr>
          <w:p/>
        </w:tc>
        <w:tc>
          <w:tcPr>
            <w:tcW w:type="dxa" w:w="1285"/>
          </w:tcPr>
          <w:p/>
        </w:tc>
        <w:tc>
          <w:tcPr>
            <w:tcW w:type="dxa" w:w="1285"/>
          </w:tcPr>
          <w:p/>
        </w:tc>
        <w:tc>
          <w:tcPr>
            <w:tcW w:type="dxa" w:w="1285"/>
          </w:tcPr>
          <w:p/>
        </w:tc>
        <w:tc>
          <w:tcPr>
            <w:tcW w:type="dxa" w:w="1285"/>
          </w:tcPr>
          <w:p/>
        </w:tc>
        <w:tc>
          <w:tcPr>
            <w:tcW w:type="dxa" w:w="1285"/>
          </w:tcPr>
          <w:p/>
        </w:tc>
        <w:tc>
          <w:tcPr>
            <w:tcW w:type="dxa" w:w="1285"/>
          </w:tcPr>
          <w:p/>
        </w:tc>
        <w:tc>
          <w:tcPr>
            <w:tcW w:type="dxa" w:w="1285"/>
          </w:tcPr>
          <w:p/>
        </w:tc>
        <w:tc>
          <w:tcPr>
            <w:tcW w:type="dxa" w:w="1285"/>
          </w:tcPr>
          <w:p/>
        </w:tc>
        <w:tc>
          <w:tcPr>
            <w:tcW w:type="dxa" w:w="1285"/>
          </w:tcPr>
          <w:p/>
        </w:tc>
      </w:tr>
    </w:tbl>
    <w:sectPr w:rsidR="00FC693F" w:rsidRPr="0006063C" w:rsidSect="00034616">
      <w:pgSz w:w="15840" w:h="12240" w:orient="landscape"/>
      <w:pgMar w:top="850" w:right="850" w:bottom="850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